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IMTADOrientao"/>
        <w:shd w:fill="F2F2F2"/>
        <w:spacing w:before="0" w:after="240"/>
        <w:rPr/>
      </w:pPr>
      <w:r>
        <w:rPr>
          <w:lang w:val="pt-BR"/>
        </w:rPr>
        <w:t xml:space="preserve">ORIENTAÇÕES PARA PREENCHIMENTO – Exclua este quadro e todos os textos em cinza antes da submissão. O arquivo final deve conter somente o texto do trabalho. Não inclua nomes, unidade de lotação, e-mail, agradecimentos ou outros elementos que permitam identificar os autores. O texto final deverá ter de </w:t>
      </w:r>
      <w:r>
        <w:rPr>
          <w:lang w:val="pt-BR" w:eastAsia="en-US" w:bidi="ar-SA"/>
        </w:rPr>
        <w:t>3 a 5 páginas</w:t>
      </w:r>
      <w:r>
        <w:rPr>
          <w:lang w:val="pt-BR"/>
        </w:rPr>
        <w:t xml:space="preserve">, incluindo tabelas, quadros, figuras, gráficos, ilustrações e referências. O nome do arquivo anexado deve ser o título do trabalho; não pode haver registro do(s) autor(es) no corpo do texto nem no título </w:t>
      </w:r>
    </w:p>
    <w:p>
      <w:pPr>
        <w:pStyle w:val="SIMTADTtulo"/>
        <w:rPr>
          <w:lang w:val="pt-BR"/>
        </w:rPr>
      </w:pPr>
      <w:r>
        <w:rPr>
          <w:lang w:val="pt-BR"/>
        </w:rPr>
        <w:t>[TÍTULO DO TRABALHO EM PORTUGUÊS – FONTE TIMES NEW ROMAN 12, SEM NEGRITO, CENTRALIZADO]</w:t>
      </w:r>
    </w:p>
    <w:p>
      <w:pPr>
        <w:pStyle w:val="SIMTADSeo"/>
        <w:rPr>
          <w:lang w:val="pt-BR"/>
        </w:rPr>
      </w:pPr>
      <w:r>
        <w:rPr>
          <w:lang w:val="pt-BR"/>
        </w:rPr>
        <w:t>RESUMO</w:t>
      </w:r>
    </w:p>
    <w:p>
      <w:pPr>
        <w:pStyle w:val="SIMTADOrientao"/>
        <w:rPr/>
      </w:pPr>
      <w:r>
        <w:rPr>
          <w:lang w:val="pt-BR"/>
        </w:rPr>
        <w:t>[Escreva o resumo em parágrafo único, com no máximo 150 palavras. Apresente de forma sintética o contexto ou problema, o objetivo, a natureza do trabalho, os principais procedimentos ou ações, os resultados/benefícios mais relevantes e a contribuição para a UFSJ. Evite afirmações genéricas: destaque o que foi efetivamente realizado, observado ou aprendido.]</w:t>
      </w:r>
    </w:p>
    <w:p>
      <w:pPr>
        <w:pStyle w:val="Normal"/>
        <w:ind w:hanging="0"/>
        <w:rPr>
          <w:lang w:val="pt-BR"/>
        </w:rPr>
      </w:pPr>
      <w:r>
        <w:rPr>
          <w:b w:val="false"/>
          <w:lang w:val="pt-BR"/>
        </w:rPr>
        <w:t xml:space="preserve">Palavras-chave: </w:t>
      </w:r>
      <w:r>
        <w:rPr>
          <w:lang w:val="pt-BR"/>
        </w:rPr>
        <w:t>[Palavra 1]. [Palavra 2]. [Palavra 3].</w:t>
      </w:r>
    </w:p>
    <w:p>
      <w:pPr>
        <w:pStyle w:val="SIMTADSeo"/>
        <w:rPr>
          <w:lang w:val="pt-BR"/>
        </w:rPr>
      </w:pPr>
      <w:r>
        <w:rPr>
          <w:lang w:val="pt-BR"/>
        </w:rPr>
        <w:t>INTRODUÇÃO</w:t>
      </w:r>
    </w:p>
    <w:p>
      <w:pPr>
        <w:pStyle w:val="SIMTADOrientao"/>
        <w:rPr/>
      </w:pPr>
      <w:r>
        <w:rPr>
          <w:lang w:val="pt-BR"/>
        </w:rPr>
        <w:t>[Contextualize de forma clara o problema, a necessidade, a experiência, a iniciativa ou a prática que originou o trabalho. Explicite o objetivo do trabalho e evidencie sua relação com o tema do Seminário, com o eixo temático escolhido e com o contexto técnico-administrativo da UFSJ. Apresente os conceitos necessários à compreensão do tema. É recomendado incluir no texto, caso existam, marcos-teóricos, normativos ou outras inspirações sobre o assunto. Sempre que pertinente, indique a relevância institucional da questão: impacto para a cultura, melhoria de processos ou serviços, qualidade do atendimento, integração entre setores, disseminação de conhecimento, solução de problemas ou outros benefícios para a Universidade.]</w:t>
      </w:r>
    </w:p>
    <w:p>
      <w:pPr>
        <w:pStyle w:val="SIMTADSeo"/>
        <w:rPr>
          <w:lang w:val="pt-BR"/>
        </w:rPr>
      </w:pPr>
      <w:r>
        <w:rPr>
          <w:lang w:val="pt-BR"/>
        </w:rPr>
        <w:t>RELATO DA EXPERIÊNCIA</w:t>
      </w:r>
    </w:p>
    <w:p>
      <w:pPr>
        <w:pStyle w:val="SIMTADOrientao"/>
        <w:rPr/>
      </w:pPr>
      <w:r>
        <w:rPr>
          <w:lang w:val="pt-BR"/>
        </w:rPr>
        <w:t xml:space="preserve">[UTILIZE ESTA SEÇÃO PARA RELATOS DE EXPERIÊNCIA. Descreva a experiência de forma organizada: contexto que motivou a ação, objetivo, período ou etapas, procedimentos adotados, recursos ou estratégias utilizados, dificuldades encontradas, ajustes realizados e aprendizados decorrentes. Evidencie o que foi efetivamente feito, sem incluir informações que permitam identificar os autores. </w:t>
      </w:r>
    </w:p>
    <w:p>
      <w:pPr>
        <w:pStyle w:val="SIMTADSeo"/>
        <w:rPr>
          <w:lang w:val="pt-BR"/>
        </w:rPr>
      </w:pPr>
      <w:r>
        <w:rPr>
          <w:lang w:val="pt-BR"/>
        </w:rPr>
        <w:t>RESULTADOS E/OU DISCUSSÕES</w:t>
      </w:r>
    </w:p>
    <w:p>
      <w:pPr>
        <w:pStyle w:val="SIMTADOrientao"/>
        <w:rPr/>
      </w:pPr>
      <w:r>
        <w:rPr>
          <w:lang w:val="pt-BR"/>
        </w:rPr>
        <w:t>[Apresente e discuta os principais resultados, efeitos, benefícios, aprendizados ou produtos do trabalho. Quando possível, sustente as afirmações com evidências: dados, indicadores, comparações, registros, percepções sistematizadas ou exemplos concretos. Relacione os resultados aos objetivos e à literatura pertinente, quando aplicável. Destaque a contribuição para a UFSJ e para o trabalho técnico-administrativo. Indique também, quando pertinente, a aplicabilidade, o potencial de aperfeiçoamento, disseminação ou replicação em outros setores ou unidades.]</w:t>
      </w:r>
    </w:p>
    <w:p>
      <w:pPr>
        <w:pStyle w:val="SIMTADOrientao"/>
        <w:rPr/>
      </w:pPr>
      <w:r>
        <w:rPr>
          <w:lang w:val="pt-BR"/>
        </w:rPr>
        <w:t>[Figuras, gráficos, tabelas, quadros e ilustrações devem ser numerados consecutivamente. O título deve ficar na parte superior, em caixa baixa, justificado, Times New Roman 12, com ponto final. A fonte deve constar na parte inferior, em caixa baixa, centralizada, Times New Roman 10.]</w:t>
      </w:r>
    </w:p>
    <w:p>
      <w:pPr>
        <w:pStyle w:val="SIMTADSeo"/>
        <w:rPr>
          <w:lang w:val="pt-BR"/>
        </w:rPr>
      </w:pPr>
      <w:r>
        <w:rPr>
          <w:lang w:val="pt-BR"/>
        </w:rPr>
        <w:t>CONSIDERAÇÕES FINAIS</w:t>
      </w:r>
    </w:p>
    <w:p>
      <w:pPr>
        <w:pStyle w:val="SIMTADOrientao"/>
        <w:rPr>
          <w:lang w:val="pt-BR"/>
        </w:rPr>
      </w:pPr>
      <w:r>
        <w:rPr>
          <w:lang w:val="pt-BR"/>
        </w:rPr>
        <w:t>[Retome o objetivo e sintetize as principais conclusões, contribuições ou aprendizados decorrentes do trabalho. Evidencie, de forma proporcional aos resultados apresentados, a relevância institucional, os benefícios produzidos ou potenciais, as limitações e, quando pertinente, as possibilidades de continuidade, aperfeiçoamento, aplicação, disseminação ou replicação da experiência. Evite apenas repetir o que já foi descrito nas seções anteriores.]</w:t>
      </w:r>
    </w:p>
    <w:p>
      <w:pPr>
        <w:pStyle w:val="SIMTADSeo"/>
        <w:rPr/>
      </w:pPr>
      <w:r>
        <w:rPr>
          <w:lang w:val="pt-BR"/>
        </w:rPr>
        <w:t xml:space="preserve">REFERÊNCIAS </w:t>
      </w:r>
    </w:p>
    <w:p>
      <w:pPr>
        <w:pStyle w:val="SIMTADOrientao"/>
        <w:rPr/>
      </w:pPr>
      <w:r>
        <w:rPr>
          <w:lang w:val="pt-BR"/>
        </w:rPr>
        <w:t xml:space="preserve">[A lista de referências bibliográficas será obrigatória quando houver citações ou referências de outros autores. Na ausência delas, essa seção não será </w:t>
      </w:r>
      <w:r>
        <w:rPr>
          <w:lang w:val="pt-BR"/>
        </w:rPr>
        <w:t>necessária. Liste</w:t>
      </w:r>
      <w:r>
        <w:rPr>
          <w:lang w:val="pt-BR"/>
        </w:rPr>
        <w:t xml:space="preserve"> somente as referências efetivamente citadas no texto. As citações e referências devem seguir as normas da ABNT. Ajuste a formatação das referências conforme a norma aplicável e remova esta orientação antes da submissão.]</w:t>
      </w:r>
    </w:p>
    <w:p>
      <w:pPr>
        <w:pStyle w:val="Normal"/>
        <w:spacing w:before="0" w:after="120"/>
        <w:rPr/>
      </w:pPr>
      <w:r>
        <w:rPr/>
      </w:r>
    </w:p>
    <w:sectPr>
      <w:footerReference w:type="default" r:id="rId2"/>
      <w:type w:val="nextPage"/>
      <w:pgSz w:w="11906" w:h="16838"/>
      <w:pgMar w:left="1701" w:right="1134" w:header="0" w:top="1701" w:footer="72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jc w:val="center"/>
      <w:rPr>
        <w:lang w:val="pt-BR"/>
      </w:rPr>
    </w:pPr>
    <w:r>
      <w:rPr>
        <w:rFonts w:eastAsia="Times New Roman"/>
        <w:color w:val="787878"/>
        <w:sz w:val="18"/>
        <w:lang w:val="pt-BR"/>
      </w:rPr>
      <w:t>Template SIMTAD 2026 – orientações em cinza devem ser excluídas antes da submissão</w:t>
    </w:r>
  </w:p>
</w:ftr>
</file>

<file path=word/settings.xml><?xml version="1.0" encoding="utf-8"?>
<w:settings xmlns:w="http://schemas.openxmlformats.org/wordprocessingml/2006/main">
  <w:zoom w:percent="130"/>
  <w:defaultTabStop w:val="72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Cs w:val="22"/>
        <w:lang w:val="pt-BR" w:eastAsia="en-US" w:bidi="ar-SA"/>
      </w:rPr>
    </w:rPrDefault>
    <w:pPrDefault>
      <w:pPr/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40" w:before="0" w:after="120"/>
      <w:ind w:firstLine="709"/>
      <w:jc w:val="both"/>
    </w:pPr>
    <w:rPr>
      <w:rFonts w:ascii="Times New Roman" w:hAnsi="Times New Roman" w:eastAsia="Times New Roman" w:cs="" w:cstheme="minorBidi"/>
      <w:color w:val="auto"/>
      <w:kern w:val="0"/>
      <w:sz w:val="24"/>
      <w:szCs w:val="22"/>
      <w:lang w:val="pt-BR" w:eastAsia="en-US" w:bidi="ar-SA"/>
    </w:rPr>
  </w:style>
  <w:style w:type="paragraph" w:styleId="Ttulo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Ttulo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Ttulo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link w:val="BodyTex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Nfase">
    <w:name w:val="Ênfase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a">
    <w:name w:val="List"/>
    <w:basedOn w:val="Normal"/>
    <w:uiPriority w:val="99"/>
    <w:unhideWhenUsed/>
    <w:rsid w:val="00aa1d8d"/>
    <w:pPr>
      <w:spacing w:before="0" w:after="120"/>
      <w:ind w:left="360" w:hanging="360"/>
      <w:contextualSpacing/>
    </w:pPr>
    <w:rPr/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Rodap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4"/>
      <w:szCs w:val="22"/>
      <w:lang w:val="pt-BR" w:eastAsia="en-US" w:bidi="ar-SA"/>
    </w:rPr>
  </w:style>
  <w:style w:type="paragraph" w:styleId="Ttulododocumento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Subttulo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120"/>
      <w:ind w:left="720" w:firstLine="709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Bullet3">
    <w:name w:val="List Bullet 3"/>
    <w:basedOn w:val="Normal"/>
    <w:uiPriority w:val="99"/>
    <w:unhideWhenUsed/>
    <w:qFormat/>
    <w:rsid w:val="00326f90"/>
    <w:pPr>
      <w:spacing w:before="0" w:after="120"/>
      <w:contextualSpacing/>
    </w:pPr>
    <w:rPr/>
  </w:style>
  <w:style w:type="paragraph" w:styleId="ListBullet4">
    <w:name w:val="List Bullet 4"/>
    <w:basedOn w:val="Normal"/>
    <w:uiPriority w:val="99"/>
    <w:unhideWhenUsed/>
    <w:qFormat/>
    <w:rsid w:val="00326f90"/>
    <w:pPr>
      <w:spacing w:before="0" w:after="12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spacing w:before="0" w:after="12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spacing w:before="0" w:after="12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spacing w:before="0" w:after="12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spacing w:before="0" w:after="12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spacing w:before="0" w:after="12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firstLine="709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firstLine="709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firstLine="709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pt-BR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firstLine="709"/>
    </w:pPr>
    <w:rPr>
      <w:b/>
      <w:bCs/>
      <w:i/>
      <w:iCs/>
      <w:color w:val="4F81BD" w:themeColor="accent1"/>
    </w:rPr>
  </w:style>
  <w:style w:type="paragraph" w:styleId="TOCHeading">
    <w:name w:val="TOC Heading"/>
    <w:basedOn w:val="Ttulo1"/>
    <w:next w:val="Normal"/>
    <w:uiPriority w:val="39"/>
    <w:semiHidden/>
    <w:unhideWhenUsed/>
    <w:qFormat/>
    <w:rsid w:val="00fc693f"/>
    <w:pPr/>
    <w:rPr/>
  </w:style>
  <w:style w:type="paragraph" w:styleId="SIMTADTtulo" w:customStyle="1">
    <w:name w:val="SIMTAD Título"/>
    <w:qFormat/>
    <w:pPr>
      <w:widowControl/>
      <w:bidi w:val="0"/>
      <w:spacing w:lineRule="auto" w:line="276" w:before="0" w:after="240"/>
      <w:ind w:hanging="0"/>
      <w:jc w:val="center"/>
    </w:pPr>
    <w:rPr>
      <w:rFonts w:ascii="Times New Roman" w:hAnsi="Times New Roman" w:eastAsia="Times New Roman" w:cs="" w:cstheme="minorBidi"/>
      <w:b w:val="false"/>
      <w:color w:val="auto"/>
      <w:kern w:val="0"/>
      <w:sz w:val="24"/>
      <w:szCs w:val="22"/>
      <w:lang w:val="pt-BR" w:eastAsia="en-US" w:bidi="ar-SA"/>
    </w:rPr>
  </w:style>
  <w:style w:type="paragraph" w:styleId="SIMTADSeo" w:customStyle="1">
    <w:name w:val="SIMTAD Seção"/>
    <w:qFormat/>
    <w:pPr>
      <w:keepNext w:val="true"/>
      <w:widowControl/>
      <w:bidi w:val="0"/>
      <w:spacing w:lineRule="auto" w:line="276" w:before="120" w:after="120"/>
      <w:ind w:hanging="0"/>
      <w:jc w:val="both"/>
    </w:pPr>
    <w:rPr>
      <w:rFonts w:ascii="Times New Roman" w:hAnsi="Times New Roman" w:eastAsia="Times New Roman" w:cs="" w:cstheme="minorBidi"/>
      <w:b w:val="false"/>
      <w:color w:val="auto"/>
      <w:kern w:val="0"/>
      <w:sz w:val="24"/>
      <w:szCs w:val="22"/>
      <w:lang w:val="pt-BR" w:eastAsia="en-US" w:bidi="ar-SA"/>
    </w:rPr>
  </w:style>
  <w:style w:type="paragraph" w:styleId="SIMTADOrientao" w:customStyle="1">
    <w:name w:val="SIMTAD Orientação"/>
    <w:qFormat/>
    <w:pPr>
      <w:widowControl/>
      <w:bidi w:val="0"/>
      <w:spacing w:lineRule="auto" w:line="240" w:before="0" w:after="120"/>
      <w:ind w:hanging="0"/>
      <w:jc w:val="both"/>
    </w:pPr>
    <w:rPr>
      <w:rFonts w:ascii="Times New Roman" w:hAnsi="Times New Roman" w:eastAsia="Times New Roman" w:cs=""/>
      <w:i/>
      <w:color w:val="5F5F5F"/>
      <w:kern w:val="0"/>
      <w:sz w:val="22"/>
      <w:szCs w:val="22"/>
      <w:lang w:val="pt-BR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4383</TotalTime>
  <Application>LibreOffice/6.3.0.4$Windows_X86_64 LibreOffice_project/057fc023c990d676a43019934386b85b21a9ee99</Application>
  <Pages>2</Pages>
  <Words>556</Words>
  <Characters>3449</Characters>
  <CharactersWithSpaces>3994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pt-BR</dc:language>
  <cp:lastModifiedBy/>
  <dcterms:modified xsi:type="dcterms:W3CDTF">2026-08-27T11:24:05Z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